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Triptico - Plantilla Editable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Portada (Panel 1)</w:t>
      </w:r>
    </w:p>
    <w:p>
      <w:pPr>
        <w:spacing w:after="120"/>
      </w:pPr>
      <w:r>
        <w:rPr>
          <w:sz w:val="22"/>
        </w:rPr>
        <w:t>[TITULO PRINCIPAL]</w:t>
        <w:br/>
        <w:t>[Subtitulo]</w:t>
        <w:br/>
        <w:t>[Logo/Imagen]</w:t>
        <w:br/>
        <w:t>[Datos de contacto basicos]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Interior Izquierdo (Panel 2)</w:t>
      </w:r>
    </w:p>
    <w:p>
      <w:pPr>
        <w:spacing w:after="120"/>
      </w:pPr>
      <w:r>
        <w:rPr>
          <w:sz w:val="22"/>
        </w:rPr>
        <w:t>[SECCION 1]</w:t>
        <w:br/>
        <w:t>[Texto descriptivo con informacion clave. Incluir bullet points para facilitar la lectura.]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Interior Centro (Panel 3)</w:t>
      </w:r>
    </w:p>
    <w:p>
      <w:pPr>
        <w:spacing w:after="120"/>
      </w:pPr>
      <w:r>
        <w:rPr>
          <w:sz w:val="22"/>
        </w:rPr>
        <w:t>[SECCION 2]</w:t>
        <w:br/>
        <w:t>[Contenido principal. Puede incluir imagenes, graficos o tablas.]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Interior Derecho (Panel 4)</w:t>
      </w:r>
    </w:p>
    <w:p>
      <w:pPr>
        <w:spacing w:after="120"/>
      </w:pPr>
      <w:r>
        <w:rPr>
          <w:sz w:val="22"/>
        </w:rPr>
        <w:t>[SECCION 3]</w:t>
        <w:br/>
        <w:t>[Informacion adicional, testimonios o llamada a la accion.]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Contraportada (Panel 5-6)</w:t>
      </w:r>
    </w:p>
    <w:p>
      <w:pPr>
        <w:spacing w:after="120"/>
      </w:pPr>
      <w:r>
        <w:rPr>
          <w:sz w:val="22"/>
        </w:rPr>
        <w:t>[DATOS DE CONTACTO]</w:t>
        <w:br/>
        <w:t>[Direccion]</w:t>
        <w:br/>
        <w:t>[Telefono] | [Email]</w:t>
        <w:br/>
        <w:t>[Web] | [Redes sociales]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