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Registro Asistencia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