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Politica de Empresa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Encabezado</w:t>
      </w:r>
    </w:p>
    <w:p>
      <w:pPr>
        <w:spacing w:after="120"/>
      </w:pPr>
      <w:r>
        <w:rPr>
          <w:sz w:val="22"/>
        </w:rPr>
        <w:t>[LOGO]</w:t>
        <w:br/>
        <w:t>POLITICA DE [NOMBRE DE LA POLITICA]</w:t>
        <w:br/>
        <w:t>Version: 1.0 | Aprobada: [Fecha]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1. Proposito</w:t>
      </w:r>
    </w:p>
    <w:p>
      <w:pPr>
        <w:spacing w:after="120"/>
      </w:pPr>
      <w:r>
        <w:rPr>
          <w:sz w:val="22"/>
        </w:rPr>
        <w:t>[Explicar el objetivo de esta politica]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2. Alcance</w:t>
      </w:r>
    </w:p>
    <w:p>
      <w:pPr>
        <w:spacing w:after="120"/>
      </w:pPr>
      <w:r>
        <w:rPr>
          <w:sz w:val="22"/>
        </w:rPr>
        <w:t>[A quien aplica esta politica: todos los empleados, departamento especifico, etc.]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3. Normativa</w:t>
      </w:r>
    </w:p>
    <w:p>
      <w:pPr>
        <w:spacing w:before="40" w:after="40"/>
      </w:pPr>
      <w:r>
        <w:rPr>
          <w:sz w:val="22"/>
        </w:rPr>
        <w:t xml:space="preserve">  •  3.1 [Norma o principio 1]</w:t>
      </w:r>
    </w:p>
    <w:p>
      <w:pPr>
        <w:spacing w:before="40" w:after="40"/>
      </w:pPr>
      <w:r>
        <w:rPr>
          <w:sz w:val="22"/>
        </w:rPr>
        <w:t xml:space="preserve">  •  3.2 [Norma o principio 2]</w:t>
      </w:r>
    </w:p>
    <w:p>
      <w:pPr>
        <w:spacing w:before="40" w:after="40"/>
      </w:pPr>
      <w:r>
        <w:rPr>
          <w:sz w:val="22"/>
        </w:rPr>
        <w:t xml:space="preserve">  •  3.3 [Norma o principio 3]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4. Incumplimiento</w:t>
      </w:r>
    </w:p>
    <w:p>
      <w:pPr>
        <w:spacing w:after="120"/>
      </w:pPr>
      <w:r>
        <w:rPr>
          <w:sz w:val="22"/>
        </w:rPr>
        <w:t>[Consecuencias del incumplimiento de esta politica]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Aprobacion</w:t>
      </w:r>
    </w:p>
    <w:p>
      <w:pPr>
        <w:spacing w:after="120"/>
      </w:pPr>
      <w:r>
        <w:rPr>
          <w:sz w:val="22"/>
        </w:rPr>
        <w:t>Aprobada por [Nombre] - [Cargo]</w:t>
        <w:br/>
        <w:t>Fecha: [DD/MM/AAAA]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