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Orden Compra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