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Minuta Reunion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