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Formulario Solicitud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