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Ficha Tecnica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