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Encuesta Satisfaccion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