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Curriculum Moderno 2026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[Titulo profesional]</w:t>
        <w:br/>
        <w:t>[Telefono] | [Email] | [LinkedIn] | [Portfolio]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</w:t>
      </w:r>
    </w:p>
    <w:p>
      <w:pPr>
        <w:spacing w:after="120"/>
      </w:pPr>
      <w:r>
        <w:rPr>
          <w:sz w:val="22"/>
        </w:rPr>
        <w:t>[Resumen profesional de 3-4 lineas destacando tu propuesta de valor unica]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</w:t>
      </w:r>
    </w:p>
    <w:p>
      <w:pPr>
        <w:spacing w:before="40" w:after="40"/>
      </w:pPr>
      <w:r>
        <w:rPr>
          <w:sz w:val="22"/>
        </w:rPr>
        <w:t xml:space="preserve">  •  Puesto - Empresa (Fechas)</w:t>
        <w:br/>
        <w:t xml:space="preserve">  Logro 1 cuantificable</w:t>
        <w:br/>
        <w:t xml:space="preserve">  Logro 2 cuantificable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Titulo - Universidad (Ano)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Habilidades</w:t>
      </w:r>
    </w:p>
    <w:p>
      <w:pPr>
        <w:spacing w:before="40" w:after="40"/>
      </w:pPr>
      <w:r>
        <w:rPr>
          <w:sz w:val="22"/>
        </w:rPr>
        <w:t xml:space="preserve">  •  Competencia 1</w:t>
      </w:r>
    </w:p>
    <w:p>
      <w:pPr>
        <w:spacing w:before="40" w:after="40"/>
      </w:pPr>
      <w:r>
        <w:rPr>
          <w:sz w:val="22"/>
        </w:rPr>
        <w:t xml:space="preserve">  •  Competencia 2</w:t>
      </w:r>
    </w:p>
    <w:p>
      <w:pPr>
        <w:spacing w:before="40" w:after="40"/>
      </w:pPr>
      <w:r>
        <w:rPr>
          <w:sz w:val="22"/>
        </w:rPr>
        <w:t xml:space="preserve">  •  Competencia 3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