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67EEA"/>
          <w:sz w:val="36"/>
        </w:rPr>
        <w:t>Circular Informativa</w:t>
      </w:r>
    </w:p>
    <w:p>
      <w:pPr>
        <w:jc w:val="center"/>
      </w:pPr>
      <w:r>
        <w:rPr>
          <w:i/>
          <w:color w:val="999999"/>
          <w:sz w:val="18"/>
        </w:rPr>
        <w:t>Plantilla descargada de PlantillaGratis.es</w:t>
      </w:r>
    </w:p>
    <w:p/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Encabezado</w:t>
      </w:r>
    </w:p>
    <w:p>
      <w:pPr>
        <w:spacing w:after="120"/>
      </w:pPr>
      <w:r>
        <w:rPr>
          <w:sz w:val="22"/>
        </w:rPr>
        <w:t>[LOGO EMPRESA]</w:t>
        <w:br/>
        <w:t>CIRCULAR INFORMATIVA N. [X]</w:t>
        <w:br/>
        <w:t>Fecha: [DD/MM/AAAA]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Dirigida a</w:t>
      </w:r>
    </w:p>
    <w:p>
      <w:pPr>
        <w:spacing w:after="120"/>
      </w:pPr>
      <w:r>
        <w:rPr>
          <w:sz w:val="22"/>
        </w:rPr>
        <w:t>[Todos los empleados / Departamento X]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Asunto</w:t>
      </w:r>
    </w:p>
    <w:p>
      <w:pPr>
        <w:spacing w:after="120"/>
      </w:pPr>
      <w:r>
        <w:rPr>
          <w:sz w:val="22"/>
        </w:rPr>
        <w:t>[Asunto de la circular]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Cuerpo</w:t>
      </w:r>
    </w:p>
    <w:p>
      <w:pPr>
        <w:spacing w:after="120"/>
      </w:pPr>
      <w:r>
        <w:rPr>
          <w:sz w:val="22"/>
        </w:rPr>
        <w:t>[Contenido de la comunicacion interna. Puede incluir nuevas politicas, cambios organizativos, eventos, etc.]</w:t>
      </w:r>
    </w:p>
    <w:p>
      <w:pPr>
        <w:pBdr>
          <w:bottom w:val="single" w:sz="6" w:space="4" w:color="764BA2"/>
        </w:pBdr>
      </w:pPr>
      <w:r>
        <w:rPr>
          <w:b/>
          <w:color w:val="764BA2"/>
          <w:sz w:val="26"/>
        </w:rPr>
        <w:t>Firma</w:t>
      </w:r>
    </w:p>
    <w:p>
      <w:pPr>
        <w:spacing w:after="120"/>
      </w:pPr>
      <w:r>
        <w:rPr>
          <w:sz w:val="22"/>
        </w:rPr>
        <w:t>Atentamente,</w:t>
        <w:br/>
        <w:t>[Nombre]</w:t>
        <w:br/>
        <w:t>[Cargo]</w:t>
        <w:br/>
        <w:t>[Departamento]</w:t>
      </w:r>
    </w:p>
    <w:p/>
    <w:p>
      <w:pPr>
        <w:jc w:val="center"/>
      </w:pPr>
      <w:r>
        <w:rPr>
          <w:i/>
          <w:color w:val="AAAAAA"/>
          <w:sz w:val="16"/>
        </w:rPr>
        <w:t>© 2026 PlantillaGratis.es - Mercadonet Global S.L.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