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Catalogo de Productos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Portada</w:t>
      </w:r>
    </w:p>
    <w:p>
      <w:pPr>
        <w:spacing w:after="120"/>
      </w:pPr>
      <w:r>
        <w:rPr>
          <w:sz w:val="22"/>
        </w:rPr>
        <w:t>[LOGO]</w:t>
        <w:br/>
        <w:t>CATALOGO DE PRODUCTOS</w:t>
        <w:br/>
        <w:t>[Temporada/Ano]</w:t>
        <w:br/>
        <w:t>[Nombre de la empresa]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Indice</w:t>
      </w:r>
    </w:p>
    <w:p>
      <w:pPr>
        <w:spacing w:before="40" w:after="40"/>
      </w:pPr>
      <w:r>
        <w:rPr>
          <w:sz w:val="22"/>
        </w:rPr>
        <w:t xml:space="preserve">  •  Categoria 1 ............. pag. 3</w:t>
      </w:r>
    </w:p>
    <w:p>
      <w:pPr>
        <w:spacing w:before="40" w:after="40"/>
      </w:pPr>
      <w:r>
        <w:rPr>
          <w:sz w:val="22"/>
        </w:rPr>
        <w:t xml:space="preserve">  •  Categoria 2 ............. pag. 5</w:t>
      </w:r>
    </w:p>
    <w:p>
      <w:pPr>
        <w:spacing w:before="40" w:after="40"/>
      </w:pPr>
      <w:r>
        <w:rPr>
          <w:sz w:val="22"/>
        </w:rPr>
        <w:t xml:space="preserve">  •  Categoria 3 ............. pag. 7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Ficha de Producto</w:t>
      </w:r>
    </w:p>
    <w:p>
      <w:pPr>
        <w:spacing w:after="120"/>
      </w:pPr>
      <w:r>
        <w:rPr>
          <w:sz w:val="22"/>
        </w:rPr>
        <w:t>Nombre: [Nombre del producto]</w:t>
        <w:br/>
        <w:t>Referencia: [REF-001]</w:t>
        <w:br/>
        <w:t>Precio: [X,XX] EUR</w:t>
        <w:br/>
        <w:t>Descripcion: [Descripcion breve]</w:t>
        <w:br/>
        <w:t>Caracteristicas: [Lista de caracteristicas]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Contacto</w:t>
      </w:r>
    </w:p>
    <w:p>
      <w:pPr>
        <w:spacing w:after="120"/>
      </w:pPr>
      <w:r>
        <w:rPr>
          <w:sz w:val="22"/>
        </w:rPr>
        <w:t>[Nombre empresa]</w:t>
        <w:br/>
        <w:t>[Telefono] | [Email]</w:t>
        <w:br/>
        <w:t>[Web]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