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Carta Comercial Profesional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Encabezado</w:t>
      </w:r>
    </w:p>
    <w:p>
      <w:pPr>
        <w:spacing w:after="120"/>
      </w:pPr>
      <w:r>
        <w:rPr>
          <w:sz w:val="22"/>
        </w:rPr>
        <w:t>[LOGO EMPRESA]</w:t>
        <w:br/>
        <w:t>[Datos empresa]</w:t>
        <w:br/>
        <w:t>[Fecha]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Destinatario</w:t>
      </w:r>
    </w:p>
    <w:p>
      <w:pPr>
        <w:spacing w:after="120"/>
      </w:pPr>
      <w:r>
        <w:rPr>
          <w:sz w:val="22"/>
        </w:rPr>
        <w:t>[Nombre]</w:t>
        <w:br/>
        <w:t>[Cargo]</w:t>
        <w:br/>
        <w:t>[Empresa]</w:t>
        <w:br/>
        <w:t>[Direccion]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Cuerpo</w:t>
      </w:r>
    </w:p>
    <w:p>
      <w:pPr>
        <w:spacing w:after="120"/>
      </w:pPr>
      <w:r>
        <w:rPr>
          <w:sz w:val="22"/>
        </w:rPr>
        <w:t>Estimado/a [Nombre]:</w:t>
        <w:br/>
        <w:br/>
        <w:t>Nos ponemos en contacto con usted para presentarle [producto/servicio/propuesta comercial].</w:t>
        <w:br/>
        <w:br/>
        <w:t>[Descripcion de la propuesta y beneficios]</w:t>
        <w:br/>
        <w:br/>
        <w:t>[Condiciones especiales / oferta]</w:t>
        <w:br/>
        <w:br/>
        <w:t>Quedamos a su disposicion para ampliar informacion y concertar una reunion.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Firma</w:t>
      </w:r>
    </w:p>
    <w:p>
      <w:pPr>
        <w:spacing w:after="120"/>
      </w:pPr>
      <w:r>
        <w:rPr>
          <w:sz w:val="22"/>
        </w:rPr>
        <w:t>Atentamente,</w:t>
        <w:br/>
        <w:t>[Nombre]</w:t>
        <w:br/>
        <w:t>[Cargo] | [Telefono] | [Email]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