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Firma de Email Profesional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[Tu Nombre Completo]</w:t>
        <w:br/>
        <w:t>[Tu Cargo] | [Departamento]</w:t>
        <w:br/>
        <w:t>[Nombre de la Empresa]</w:t>
        <w:br/>
        <w:br/>
        <w:t>Tel: +34 600 000 000</w:t>
        <w:br/>
        <w:t>Email: tu@empresa.com</w:t>
        <w:br/>
        <w:t>Web: www.tuempresa.com</w:t>
        <w:br/>
        <w:br/>
        <w:t>[LinkedIn] | [Twitter] | [Instagram]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Nota Legal</w:t>
      </w:r>
    </w:p>
    <w:p>
      <w:pPr>
        <w:spacing w:after="120"/>
      </w:pPr>
      <w:r>
        <w:rPr>
          <w:sz w:val="22"/>
        </w:rPr>
        <w:t>Este mensaje y sus archivos adjuntos son confidenciales...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