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667EEA"/>
          <w:sz w:val="36"/>
        </w:rPr>
        <w:t>Presupuesto Fotografo</w:t>
      </w:r>
    </w:p>
    <w:p>
      <w:pPr>
        <w:jc w:val="center"/>
      </w:pPr>
      <w:r>
        <w:rPr>
          <w:i/>
          <w:color w:val="999999"/>
          <w:sz w:val="18"/>
        </w:rPr>
        <w:t>Plantilla descargada de PlantillaGratis.es</w:t>
      </w:r>
    </w:p>
    <w:p/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Datos del Profesional</w:t>
      </w:r>
    </w:p>
    <w:p>
      <w:pPr>
        <w:spacing w:after="120"/>
      </w:pPr>
      <w:r>
        <w:rPr>
          <w:sz w:val="22"/>
        </w:rPr>
        <w:t>[Nombre del fotografo]</w:t>
        <w:br/>
        <w:t>[Estudio/Marca]</w:t>
        <w:br/>
        <w:t>[Telefono] | [Email] | [Web]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Datos del Cliente</w:t>
      </w:r>
    </w:p>
    <w:p>
      <w:pPr>
        <w:spacing w:after="120"/>
      </w:pPr>
      <w:r>
        <w:rPr>
          <w:sz w:val="22"/>
        </w:rPr>
        <w:t>[Nombre]</w:t>
        <w:br/>
        <w:t>[Evento/Proyecto]</w:t>
        <w:br/>
        <w:t>[Fecha]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Detalle</w:t>
      </w:r>
    </w:p>
    <w:p>
      <w:pPr>
        <w:spacing w:before="40" w:after="40"/>
      </w:pPr>
      <w:r>
        <w:rPr>
          <w:sz w:val="22"/>
        </w:rPr>
        <w:t xml:space="preserve">  •  Sesion fotografica: [X] EUR</w:t>
      </w:r>
    </w:p>
    <w:p>
      <w:pPr>
        <w:spacing w:before="40" w:after="40"/>
      </w:pPr>
      <w:r>
        <w:rPr>
          <w:sz w:val="22"/>
        </w:rPr>
        <w:t xml:space="preserve">  •  Edicion y retoque: [X] EUR</w:t>
      </w:r>
    </w:p>
    <w:p>
      <w:pPr>
        <w:spacing w:before="40" w:after="40"/>
      </w:pPr>
      <w:r>
        <w:rPr>
          <w:sz w:val="22"/>
        </w:rPr>
        <w:t xml:space="preserve">  •  Entrega digital alta resolucion: Incluido</w:t>
      </w:r>
    </w:p>
    <w:p>
      <w:pPr>
        <w:spacing w:before="40" w:after="40"/>
      </w:pPr>
      <w:r>
        <w:rPr>
          <w:sz w:val="22"/>
        </w:rPr>
        <w:t xml:space="preserve">  •  Album impreso: [X] EUR (opcional)</w:t>
      </w:r>
    </w:p>
    <w:p>
      <w:pPr>
        <w:spacing w:before="40" w:after="40"/>
      </w:pPr>
      <w:r>
        <w:rPr>
          <w:sz w:val="22"/>
        </w:rPr>
        <w:t xml:space="preserve">  •  Desplazamiento: [X] EUR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Total</w:t>
      </w:r>
    </w:p>
    <w:p>
      <w:pPr>
        <w:spacing w:after="120"/>
      </w:pPr>
      <w:r>
        <w:rPr>
          <w:sz w:val="22"/>
        </w:rPr>
        <w:t>TOTAL: [X] EUR + IVA</w:t>
        <w:br/>
        <w:t>Forma de pago: [X]% reserva + resto a la entrega</w:t>
      </w:r>
    </w:p>
    <w:p/>
    <w:p>
      <w:pPr>
        <w:jc w:val="center"/>
      </w:pPr>
      <w:r>
        <w:rPr>
          <w:i/>
          <w:color w:val="AAAAAA"/>
          <w:sz w:val="16"/>
        </w:rPr>
        <w:t>© 2026 PlantillaGratis.es - Mercadonet Global S.L.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