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67EEA"/>
          <w:sz w:val="36"/>
        </w:rPr>
        <w:t>Tarjeta Agradecimiento Boda</w:t>
      </w:r>
    </w:p>
    <w:p>
      <w:pPr>
        <w:jc w:val="center"/>
      </w:pPr>
      <w:r>
        <w:rPr>
          <w:i/>
          <w:color w:val="999999"/>
          <w:sz w:val="18"/>
        </w:rPr>
        <w:t>Plantilla descargada de PlantillaGratis.es</w:t>
      </w:r>
    </w:p>
    <w:p/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Tarjeta</w:t>
      </w:r>
    </w:p>
    <w:p>
      <w:pPr>
        <w:spacing w:after="120"/>
      </w:pPr>
      <w:r>
        <w:rPr>
          <w:sz w:val="22"/>
        </w:rPr>
        <w:t>[Nombre] &amp; [Nombre]</w:t>
        <w:br/>
        <w:br/>
        <w:t>Gracias por acompanarnos</w:t>
        <w:br/>
        <w:t>en el dia mas especial de nuestras vidas</w:t>
        <w:br/>
        <w:br/>
        <w:t>[DD de mes de AAAA]</w:t>
        <w:br/>
        <w:br/>
        <w:t>Vuestra presencia y carino</w:t>
        <w:br/>
        <w:t>hicieron este dia inolvidable</w:t>
        <w:br/>
        <w:br/>
        <w:t>Con todo nuestro amor</w:t>
      </w:r>
    </w:p>
    <w:p/>
    <w:p>
      <w:pPr>
        <w:jc w:val="center"/>
      </w:pPr>
      <w:r>
        <w:rPr>
          <w:i/>
          <w:color w:val="AAAAAA"/>
          <w:sz w:val="16"/>
        </w:rPr>
        <w:t>© 2026 PlantillaGratis.es - Mercadonet Global S.L.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