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Save the Date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Save the Date</w:t>
      </w:r>
    </w:p>
    <w:p>
      <w:pPr>
        <w:spacing w:after="120"/>
      </w:pPr>
      <w:r>
        <w:rPr>
          <w:sz w:val="22"/>
        </w:rPr>
        <w:t>SAVE THE DATE</w:t>
        <w:br/>
        <w:br/>
        <w:t>[Nombre] &amp; [Nombre]</w:t>
        <w:br/>
        <w:br/>
        <w:t>Nos casamos</w:t>
        <w:br/>
        <w:br/>
        <w:t>[DD de mes de AAAA]</w:t>
        <w:br/>
        <w:t>[Ciudad]</w:t>
        <w:br/>
        <w:br/>
        <w:t>Invitacion formal a seguir</w:t>
        <w:br/>
        <w:br/>
        <w:t>[Web de la boda (opcional)]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