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Pool Party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