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Te invitamos a</w:t>
      </w:r>
    </w:p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EC4899"/>
          <w:sz w:val="32"/>
        </w:rPr>
        <w:t>Invitacion Fiesta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[Frase especial o lema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Anfitrion] tiene el placer de invitarte a celebrar este momento tan especial. Tu presencia hara que este dia sea aun mas memorable.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Hora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[HH:MM]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Lugar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Lugar]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📍 </w:t>
      </w:r>
      <w:r>
        <w:rPr>
          <w:rFonts w:ascii="Calibri" w:hAnsi="Calibri"/>
          <w:b/>
          <w:i w:val="0"/>
          <w:sz w:val="22"/>
        </w:rPr>
        <w:t>Direccion:</w:t>
      </w:r>
      <w:r>
        <w:rPr>
          <w:rFonts w:ascii="Calibri" w:hAnsi="Calibri"/>
          <w:b w:val="0"/>
          <w:i w:val="0"/>
          <w:sz w:val="22"/>
        </w:rPr>
        <w:t xml:space="preserve"> [Direccion completa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💆 </w:t>
      </w:r>
      <w:r>
        <w:rPr>
          <w:rFonts w:ascii="Calibri" w:hAnsi="Calibri"/>
          <w:b/>
          <w:i w:val="0"/>
          <w:sz w:val="22"/>
        </w:rPr>
        <w:t>Dress code:</w:t>
      </w:r>
      <w:r>
        <w:rPr>
          <w:rFonts w:ascii="Calibri" w:hAnsi="Calibri"/>
          <w:b w:val="0"/>
          <w:i w:val="0"/>
          <w:sz w:val="22"/>
        </w:rPr>
        <w:t xml:space="preserve"> [Elegante / Casual / Tematico]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📞 </w:t>
      </w:r>
      <w:r>
        <w:rPr>
          <w:rFonts w:ascii="Calibri" w:hAnsi="Calibri"/>
          <w:b/>
          <w:i w:val="0"/>
          <w:sz w:val="22"/>
        </w:rPr>
        <w:t>Confirmar asistencia:</w:t>
      </w:r>
      <w:r>
        <w:rPr>
          <w:rFonts w:ascii="Calibri" w:hAnsi="Calibri"/>
          <w:b w:val="0"/>
          <w:i w:val="0"/>
          <w:sz w:val="22"/>
        </w:rPr>
        <w:t xml:space="preserve"> [Telefono o 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❤ Confirma antes del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[Mensaje adicional: indicaciones de parking, menu especial, regalos, etc.]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