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667EEA"/>
          <w:sz w:val="36"/>
        </w:rPr>
        <w:t>Invitacion Evento Corporativo</w:t>
      </w:r>
    </w:p>
    <w:p>
      <w:pPr>
        <w:jc w:val="center"/>
      </w:pPr>
      <w:r>
        <w:rPr>
          <w:i/>
          <w:color w:val="999999"/>
          <w:sz w:val="18"/>
        </w:rPr>
        <w:t>Plantilla descargada de PlantillaGratis.es</w:t>
      </w:r>
    </w:p>
    <w:p/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Invitacion</w:t>
      </w:r>
    </w:p>
    <w:p>
      <w:pPr>
        <w:spacing w:after="120"/>
      </w:pPr>
      <w:r>
        <w:rPr>
          <w:sz w:val="22"/>
        </w:rPr>
        <w:t>[LOGO EMPRESA]</w:t>
        <w:br/>
        <w:br/>
        <w:t>[Nombre de la empresa]</w:t>
        <w:br/>
        <w:t>tiene el placer de invitarle a</w:t>
        <w:br/>
        <w:br/>
        <w:t>[NOMBRE DEL EVENTO]</w:t>
        <w:br/>
        <w:br/>
        <w:t>Fecha: [DD de mes de AAAA]</w:t>
        <w:br/>
        <w:t>Hora: [HH:MM]</w:t>
        <w:br/>
        <w:t>Lugar: [Direccion y sala]</w:t>
        <w:br/>
        <w:br/>
        <w:t>Programa:</w:t>
        <w:br/>
        <w:t>- [Hora]: [Actividad]</w:t>
        <w:br/>
        <w:t>- [Hora]: [Actividad]</w:t>
        <w:br/>
        <w:t>- [Hora]: Coctel de networking</w:t>
        <w:br/>
        <w:br/>
        <w:t>Se ruega confirmacion antes del [fecha]:</w:t>
        <w:br/>
        <w:t>[email] | [telefono]</w:t>
      </w:r>
    </w:p>
    <w:p/>
    <w:p>
      <w:pPr>
        <w:jc w:val="center"/>
      </w:pPr>
      <w:r>
        <w:rPr>
          <w:i/>
          <w:color w:val="AAAAAA"/>
          <w:sz w:val="16"/>
        </w:rPr>
        <w:t>© 2026 PlantillaGratis.es - Mercadonet Global S.L.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