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Conferencia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