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Baby Shower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