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Ticket de Venta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Comercio</w:t>
      </w:r>
    </w:p>
    <w:p>
      <w:pPr>
        <w:spacing w:after="120"/>
      </w:pPr>
      <w:r>
        <w:rPr>
          <w:sz w:val="22"/>
        </w:rPr>
        <w:t>[Nombre del comercio]</w:t>
        <w:br/>
        <w:t>[CIF]</w:t>
        <w:br/>
        <w:t>[Direccion]</w:t>
        <w:br/>
        <w:t>[Telefono]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Ticket de Venta</w:t>
      </w:r>
    </w:p>
    <w:p>
      <w:pPr>
        <w:spacing w:after="120"/>
      </w:pPr>
      <w:r>
        <w:rPr>
          <w:sz w:val="22"/>
        </w:rPr>
        <w:t>Ticket n.: [NUMERO]</w:t>
        <w:br/>
        <w:t>Fecha: [DD/MM/AAAA] Hora: [HH:MM]</w:t>
        <w:br/>
        <w:t>Atendido por: [Nombre]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Articulos</w:t>
      </w:r>
    </w:p>
    <w:p>
      <w:pPr>
        <w:spacing w:before="40" w:after="40"/>
      </w:pPr>
      <w:r>
        <w:rPr>
          <w:sz w:val="22"/>
        </w:rPr>
        <w:t xml:space="preserve">  •  Articulo | Ud. | Precio | Total</w:t>
      </w:r>
    </w:p>
    <w:p>
      <w:pPr>
        <w:spacing w:before="40" w:after="40"/>
      </w:pPr>
      <w:r>
        <w:rPr>
          <w:sz w:val="22"/>
        </w:rPr>
        <w:t xml:space="preserve">  •  Producto A | 2 | 9,95 | 19,90</w:t>
      </w:r>
    </w:p>
    <w:p>
      <w:pPr>
        <w:spacing w:before="40" w:after="40"/>
      </w:pPr>
      <w:r>
        <w:rPr>
          <w:sz w:val="22"/>
        </w:rPr>
        <w:t xml:space="preserve">  •  Producto B | 1 | 15,50 | 15,50</w:t>
      </w:r>
    </w:p>
    <w:p>
      <w:pPr>
        <w:spacing w:before="40" w:after="40"/>
      </w:pPr>
      <w:r>
        <w:rPr>
          <w:sz w:val="22"/>
        </w:rPr>
        <w:t xml:space="preserve">  •  Subtotal: 35,40 | IVA (21%): 7,43 | TOTAL: 35,40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 de Pago</w:t>
      </w:r>
    </w:p>
    <w:p>
      <w:pPr>
        <w:spacing w:after="120"/>
      </w:pPr>
      <w:r>
        <w:rPr>
          <w:sz w:val="22"/>
        </w:rPr>
        <w:t>Tarjeta: **** **** **** 1234</w:t>
        <w:br/>
        <w:br/>
        <w:t>Gracias por su compra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