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Factura Freelance Internacional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From / De</w:t>
      </w:r>
    </w:p>
    <w:p>
      <w:pPr>
        <w:spacing w:after="120"/>
      </w:pPr>
      <w:r>
        <w:rPr>
          <w:sz w:val="22"/>
        </w:rPr>
        <w:t>[Your name / Tu nombre]</w:t>
        <w:br/>
        <w:t>[Address / Direccion]</w:t>
        <w:br/>
        <w:t>[Tax ID / NIF]</w:t>
        <w:br/>
        <w:t>[Email]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Bill To / Facturar a</w:t>
      </w:r>
    </w:p>
    <w:p>
      <w:pPr>
        <w:spacing w:after="120"/>
      </w:pPr>
      <w:r>
        <w:rPr>
          <w:sz w:val="22"/>
        </w:rPr>
        <w:t>[Client name / Nombre cliente]</w:t>
        <w:br/>
        <w:t>[Company / Empresa]</w:t>
        <w:br/>
        <w:t>[Address / Direccion]</w:t>
        <w:br/>
        <w:t>[VAT / Tax ID]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Invoice Details / Detalle</w:t>
      </w:r>
    </w:p>
    <w:p>
      <w:pPr>
        <w:spacing w:before="40" w:after="40"/>
      </w:pPr>
      <w:r>
        <w:rPr>
          <w:sz w:val="22"/>
        </w:rPr>
        <w:t xml:space="preserve">  •  Description | Hours | Rate | Amount</w:t>
      </w:r>
    </w:p>
    <w:p>
      <w:pPr>
        <w:spacing w:before="40" w:after="40"/>
      </w:pPr>
      <w:r>
        <w:rPr>
          <w:sz w:val="22"/>
        </w:rPr>
        <w:t xml:space="preserve">  •  Web development | 40 | 50 EUR/h | 2.000 EUR</w:t>
      </w:r>
    </w:p>
    <w:p>
      <w:pPr>
        <w:spacing w:before="40" w:after="40"/>
      </w:pPr>
      <w:r>
        <w:rPr>
          <w:sz w:val="22"/>
        </w:rPr>
        <w:t xml:space="preserve">  •  Design | 15 | 45 EUR/h | 675 EUR</w:t>
      </w:r>
    </w:p>
    <w:p>
      <w:pPr>
        <w:spacing w:before="40" w:after="40"/>
      </w:pPr>
      <w:r>
        <w:rPr>
          <w:sz w:val="22"/>
        </w:rPr>
        <w:t xml:space="preserve">  •  Project management | 10 | 40 EUR/h | 400 EUR</w:t>
      </w:r>
    </w:p>
    <w:p>
      <w:pPr>
        <w:spacing w:before="40" w:after="40"/>
      </w:pPr>
      <w:r>
        <w:rPr>
          <w:sz w:val="22"/>
        </w:rPr>
        <w:t xml:space="preserve">  •  Subtotal: 3.075 EUR | Tax/IVA: [As applicable] | TOTAL: [X] EUR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Payment / Pago</w:t>
      </w:r>
    </w:p>
    <w:p>
      <w:pPr>
        <w:spacing w:after="120"/>
      </w:pPr>
      <w:r>
        <w:rPr>
          <w:sz w:val="22"/>
        </w:rPr>
        <w:t>Bank: [Bank name]</w:t>
        <w:br/>
        <w:t>IBAN: [ESXX XXXX XXXX XXXX XXXX XXXX]</w:t>
        <w:br/>
        <w:t>SWIFT/BIC: [XXXXXXXX]</w:t>
        <w:br/>
        <w:t>Payment terms: Net 30 days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