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Tarjeta Vocabulario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