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Registro de Tutoria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</w:t>
      </w:r>
    </w:p>
    <w:p>
      <w:pPr>
        <w:spacing w:after="120"/>
      </w:pPr>
      <w:r>
        <w:rPr>
          <w:sz w:val="22"/>
        </w:rPr>
        <w:t>Tutor/a: [Nombre]</w:t>
        <w:br/>
        <w:t>Alumno/a: [Nombre]</w:t>
        <w:br/>
        <w:t>Curso: [X]</w:t>
        <w:br/>
        <w:t>Fecha: [DD/MM/AAAA]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Motivo de la Tutoria</w:t>
      </w:r>
    </w:p>
    <w:p>
      <w:pPr>
        <w:spacing w:after="120"/>
      </w:pPr>
      <w:r>
        <w:rPr>
          <w:sz w:val="22"/>
        </w:rPr>
        <w:t>[Seguimiento academico / Conducta / Orientacion / Peticion familia]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Desarrollo</w:t>
      </w:r>
    </w:p>
    <w:p>
      <w:pPr>
        <w:spacing w:after="120"/>
      </w:pPr>
      <w:r>
        <w:rPr>
          <w:sz w:val="22"/>
        </w:rPr>
        <w:t>[Resumen de lo tratado en la sesion de tutoria]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Acuerdos</w:t>
      </w:r>
    </w:p>
    <w:p>
      <w:pPr>
        <w:spacing w:before="40" w:after="40"/>
      </w:pPr>
      <w:r>
        <w:rPr>
          <w:sz w:val="22"/>
        </w:rPr>
        <w:t xml:space="preserve">  •  Acuerdo 1: [X]</w:t>
      </w:r>
    </w:p>
    <w:p>
      <w:pPr>
        <w:spacing w:before="40" w:after="40"/>
      </w:pPr>
      <w:r>
        <w:rPr>
          <w:sz w:val="22"/>
        </w:rPr>
        <w:t xml:space="preserve">  •  Acuerdo 2: [X]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Seguimiento</w:t>
      </w:r>
    </w:p>
    <w:p>
      <w:pPr>
        <w:spacing w:after="120"/>
      </w:pPr>
      <w:r>
        <w:rPr>
          <w:sz w:val="22"/>
        </w:rPr>
        <w:t>Proxima revision: [Fecha]</w:t>
        <w:br/>
        <w:t>Firma tutor/a: __________ Firma familia: __________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