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Registro Notas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