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Portada Trabajo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