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Plantilla Escribir Recto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