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Plantilla Dictado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