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Mapa Conceptual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