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Linea Tiempo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