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Horario Escolar Edu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