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Ficha Comprension Lectora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