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Plantilla de Examen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Encabezado</w:t>
      </w:r>
    </w:p>
    <w:p>
      <w:pPr>
        <w:spacing w:after="120"/>
      </w:pPr>
      <w:r>
        <w:rPr>
          <w:sz w:val="22"/>
        </w:rPr>
        <w:t>[CENTRO EDUCATIVO]</w:t>
        <w:br/>
        <w:t>EXAMEN DE [ASIGNATURA]</w:t>
        <w:br/>
        <w:t>Curso: [X] | Fecha: [DD/MM/AAAA]</w:t>
        <w:br/>
        <w:t>Nombre del alumno/a: ________________________</w:t>
        <w:br/>
        <w:t>Nota: ____/10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Pregunta 1 (2 puntos)</w:t>
      </w:r>
    </w:p>
    <w:p>
      <w:pPr>
        <w:spacing w:after="120"/>
      </w:pPr>
      <w:r>
        <w:rPr>
          <w:sz w:val="22"/>
        </w:rPr>
        <w:t>[Enunciado de la pregunta]</w:t>
        <w:br/>
        <w:br/>
        <w:br/>
        <w:br/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Pregunta 2 (2 puntos)</w:t>
      </w:r>
    </w:p>
    <w:p>
      <w:pPr>
        <w:spacing w:after="120"/>
      </w:pPr>
      <w:r>
        <w:rPr>
          <w:sz w:val="22"/>
        </w:rPr>
        <w:t>[Enunciado de la pregunta]</w:t>
        <w:br/>
        <w:br/>
        <w:br/>
        <w:br/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Pregunta 3 (3 puntos)</w:t>
      </w:r>
    </w:p>
    <w:p>
      <w:pPr>
        <w:spacing w:after="120"/>
      </w:pPr>
      <w:r>
        <w:rPr>
          <w:sz w:val="22"/>
        </w:rPr>
        <w:t>[Enunciado de la pregunta]</w:t>
        <w:br/>
        <w:br/>
        <w:br/>
        <w:br/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Pregunta 4 (3 puntos)</w:t>
      </w:r>
    </w:p>
    <w:p>
      <w:pPr>
        <w:spacing w:after="120"/>
      </w:pPr>
      <w:r>
        <w:rPr>
          <w:sz w:val="22"/>
        </w:rPr>
        <w:t>[Enunciado de la pregunta]</w:t>
        <w:br/>
        <w:br/>
        <w:br/>
        <w:br/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