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Examen Tipo Test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