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Boletin de Notas Escolar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del Centro</w:t>
      </w:r>
    </w:p>
    <w:p>
      <w:pPr>
        <w:spacing w:after="120"/>
      </w:pPr>
      <w:r>
        <w:rPr>
          <w:sz w:val="22"/>
        </w:rPr>
        <w:t>[LOGO]</w:t>
        <w:br/>
        <w:t>[Nombre del centro educativo]</w:t>
        <w:br/>
        <w:t>[Direccion]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del Alumno</w:t>
      </w:r>
    </w:p>
    <w:p>
      <w:pPr>
        <w:spacing w:after="120"/>
      </w:pPr>
      <w:r>
        <w:rPr>
          <w:sz w:val="22"/>
        </w:rPr>
        <w:t>Nombre: [X]</w:t>
        <w:br/>
        <w:t>Curso: [X]</w:t>
        <w:br/>
        <w:t>Grupo: [X]</w:t>
        <w:br/>
        <w:t>Evaluacion: [1a/2a/3a/Final]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Calificaciones</w:t>
      </w:r>
    </w:p>
    <w:p>
      <w:pPr>
        <w:spacing w:before="40" w:after="40"/>
      </w:pPr>
      <w:r>
        <w:rPr>
          <w:sz w:val="22"/>
        </w:rPr>
        <w:t xml:space="preserve">  •  Lengua Castellana: ___</w:t>
      </w:r>
    </w:p>
    <w:p>
      <w:pPr>
        <w:spacing w:before="40" w:after="40"/>
      </w:pPr>
      <w:r>
        <w:rPr>
          <w:sz w:val="22"/>
        </w:rPr>
        <w:t xml:space="preserve">  •  Matematicas: ___</w:t>
      </w:r>
    </w:p>
    <w:p>
      <w:pPr>
        <w:spacing w:before="40" w:after="40"/>
      </w:pPr>
      <w:r>
        <w:rPr>
          <w:sz w:val="22"/>
        </w:rPr>
        <w:t xml:space="preserve">  •  Ingles: ___</w:t>
      </w:r>
    </w:p>
    <w:p>
      <w:pPr>
        <w:spacing w:before="40" w:after="40"/>
      </w:pPr>
      <w:r>
        <w:rPr>
          <w:sz w:val="22"/>
        </w:rPr>
        <w:t xml:space="preserve">  •  Ciencias Naturales: ___</w:t>
      </w:r>
    </w:p>
    <w:p>
      <w:pPr>
        <w:spacing w:before="40" w:after="40"/>
      </w:pPr>
      <w:r>
        <w:rPr>
          <w:sz w:val="22"/>
        </w:rPr>
        <w:t xml:space="preserve">  •  Ciencias Sociales: ___</w:t>
      </w:r>
    </w:p>
    <w:p>
      <w:pPr>
        <w:spacing w:before="40" w:after="40"/>
      </w:pPr>
      <w:r>
        <w:rPr>
          <w:sz w:val="22"/>
        </w:rPr>
        <w:t xml:space="preserve">  •  Educacion Fisica: ___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Observaciones del Tutor/a</w:t>
      </w:r>
    </w:p>
    <w:p>
      <w:pPr>
        <w:spacing w:after="120"/>
      </w:pPr>
      <w:r>
        <w:rPr>
          <w:sz w:val="22"/>
        </w:rPr>
        <w:t>[Comentarios sobre progreso academico, actitud y recomendaciones]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