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Arbol Genealogico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