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Sin Experiencia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