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Primer Empleo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