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270"/>
        <w:gridCol w:w="5270"/>
      </w:tblGrid>
      <w:tr>
        <w:tc>
          <w:tcPr>
            <w:tcW w:type="dxa" w:w="3572"/>
            <w:shd w:fill="2563eb" w:val="clear"/>
          </w:tcPr>
          <w:p>
            <w:r/>
          </w:p>
          <w:p>
            <w:pPr>
              <w:spacing w:before="40" w:after="40" w:line="276" w:lineRule="auto"/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28"/>
              </w:rPr>
              <w:t>[Tu Nombre Completo]</w:t>
            </w:r>
          </w:p>
          <w:p>
            <w:pPr>
              <w:spacing w:before="20" w:after="20" w:line="276" w:lineRule="auto"/>
            </w:pPr>
            <w:r>
              <w:rPr>
                <w:rFonts w:ascii="Calibri" w:hAnsi="Calibri"/>
                <w:b w:val="0"/>
                <w:i w:val="0"/>
                <w:color w:val="FFFFFF"/>
                <w:sz w:val="20"/>
              </w:rPr>
              <w:t>CV Minimalista</w:t>
            </w:r>
          </w:p>
          <w:p>
            <w:pPr>
              <w:spacing w:before="120" w:after="40" w:line="276" w:lineRule="auto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CONTACTO</w:t>
            </w:r>
          </w:p>
          <w:p>
            <w:pPr>
              <w:spacing w:before="20" w:after="20" w:line="276" w:lineRule="auto"/>
            </w:pPr>
            <w:r>
              <w:rPr>
                <w:rFonts w:ascii="Calibri" w:hAnsi="Calibri"/>
                <w:b w:val="0"/>
                <w:i w:val="0"/>
                <w:color w:val="FFFFFF"/>
                <w:sz w:val="20"/>
              </w:rPr>
              <w:t>✉ [email@ejemplo.com]</w:t>
            </w:r>
          </w:p>
          <w:p>
            <w:pPr>
              <w:spacing w:before="20" w:after="20" w:line="276" w:lineRule="auto"/>
            </w:pPr>
            <w:r>
              <w:rPr>
                <w:rFonts w:ascii="Calibri" w:hAnsi="Calibri"/>
                <w:b w:val="0"/>
                <w:i w:val="0"/>
                <w:color w:val="FFFFFF"/>
                <w:sz w:val="20"/>
              </w:rPr>
              <w:t>☎ [+34 600 000 000]</w:t>
            </w:r>
          </w:p>
          <w:p>
            <w:pPr>
              <w:spacing w:before="20" w:after="20" w:line="276" w:lineRule="auto"/>
            </w:pPr>
            <w:r>
              <w:rPr>
                <w:rFonts w:ascii="Calibri" w:hAnsi="Calibri"/>
                <w:b w:val="0"/>
                <w:i w:val="0"/>
                <w:color w:val="FFFFFF"/>
                <w:sz w:val="20"/>
              </w:rPr>
              <w:t>⚑ [Ciudad, Pais]</w:t>
            </w:r>
          </w:p>
          <w:p>
            <w:pPr>
              <w:spacing w:before="20" w:after="20" w:line="276" w:lineRule="auto"/>
            </w:pPr>
            <w:r>
              <w:rPr>
                <w:rFonts w:ascii="Calibri" w:hAnsi="Calibri"/>
                <w:b w:val="0"/>
                <w:i w:val="0"/>
                <w:color w:val="FFFFFF"/>
                <w:sz w:val="20"/>
              </w:rPr>
              <w:t>🌐 [linkedin.com/in/tu-perfil]</w:t>
            </w:r>
          </w:p>
          <w:p>
            <w:pPr>
              <w:spacing w:before="20" w:after="0" w:line="276" w:lineRule="auto"/>
            </w:pPr>
            <w:r>
              <w:rPr>
                <w:rFonts w:ascii="Calibri" w:hAnsi="Calibri"/>
                <w:b w:val="0"/>
                <w:i w:val="0"/>
                <w:color w:val="FFFFFF"/>
                <w:sz w:val="20"/>
              </w:rPr>
              <w:t>[Habilidad 4]</w:t>
            </w:r>
          </w:p>
          <w:p>
            <w:pPr>
              <w:spacing w:before="0" w:after="40" w:line="276" w:lineRule="auto"/>
            </w:pPr>
            <w:r>
              <w:rPr>
                <w:rFonts w:ascii="Calibri" w:hAnsi="Calibri"/>
                <w:b w:val="0"/>
                <w:i w:val="0"/>
                <w:color w:val="FFFFFF"/>
                <w:sz w:val="16"/>
              </w:rPr>
              <w:t>██████░░░░ 65%</w:t>
            </w:r>
          </w:p>
          <w:p>
            <w:pPr>
              <w:spacing w:before="120" w:after="40" w:line="276" w:lineRule="auto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IDIOMAS</w:t>
            </w:r>
          </w:p>
          <w:p>
            <w:pPr>
              <w:spacing w:before="20" w:after="20" w:line="276" w:lineRule="auto"/>
            </w:pPr>
            <w:r>
              <w:rPr>
                <w:rFonts w:ascii="Calibri" w:hAnsi="Calibri"/>
                <w:b w:val="0"/>
                <w:i w:val="0"/>
                <w:color w:val="FFFFFF"/>
                <w:sz w:val="20"/>
              </w:rPr>
              <w:t>🇧🇸 Espanol — Nativo</w:t>
            </w:r>
          </w:p>
          <w:p>
            <w:pPr>
              <w:spacing w:before="20" w:after="20" w:line="276" w:lineRule="auto"/>
            </w:pPr>
            <w:r>
              <w:rPr>
                <w:rFonts w:ascii="Calibri" w:hAnsi="Calibri"/>
                <w:b w:val="0"/>
                <w:i w:val="0"/>
                <w:color w:val="FFFFFF"/>
                <w:sz w:val="20"/>
              </w:rPr>
              <w:t>🇬🇧 Ingles — [Nivel]</w:t>
            </w:r>
          </w:p>
          <w:p>
            <w:pPr>
              <w:spacing w:before="20" w:after="20" w:line="276" w:lineRule="auto"/>
            </w:pPr>
            <w:r>
              <w:rPr>
                <w:rFonts w:ascii="Calibri" w:hAnsi="Calibri"/>
                <w:b w:val="0"/>
                <w:i w:val="0"/>
                <w:color w:val="FFFFFF"/>
                <w:sz w:val="20"/>
              </w:rPr>
              <w:t>🇫🇷 Frances — [Nivel]</w:t>
            </w:r>
          </w:p>
        </w:tc>
        <w:tc>
          <w:tcPr>
            <w:tcW w:type="dxa" w:w="6633"/>
          </w:tcPr>
          <w:p>
            <w:r/>
          </w:p>
          <w:p>
            <w:pPr>
              <w:spacing w:before="160" w:after="80" w:line="276" w:lineRule="auto"/>
              <w:pBdr>
                <w:bottom w:val="single" w:sz="8" w:space="4" w:color="2563eb"/>
              </w:pBdr>
            </w:pPr>
            <w:r>
              <w:rPr>
                <w:rFonts w:ascii="Calibri" w:hAnsi="Calibri"/>
                <w:b/>
                <w:i w:val="0"/>
                <w:color w:val="2563EB"/>
                <w:sz w:val="24"/>
              </w:rPr>
              <w:t>★ PERFIL PROFESIONAL</w:t>
            </w:r>
          </w:p>
          <w:p>
            <w:pPr>
              <w:spacing w:before="20" w:after="4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>[Escribe aqui un breve resumen de tu perfil profesional, destacando tus principales logros, anos de experiencia y valor que aportas. 3-4 lineas recomendadas.]</w:t>
            </w:r>
          </w:p>
          <w:p>
            <w:pPr>
              <w:spacing w:before="160" w:after="80" w:line="276" w:lineRule="auto"/>
              <w:pBdr>
                <w:bottom w:val="single" w:sz="8" w:space="4" w:color="2563eb"/>
              </w:pBdr>
            </w:pPr>
            <w:r>
              <w:rPr>
                <w:rFonts w:ascii="Calibri" w:hAnsi="Calibri"/>
                <w:b/>
                <w:i w:val="0"/>
                <w:color w:val="2563EB"/>
                <w:sz w:val="24"/>
              </w:rPr>
              <w:t>💼 EXPERIENCIA LABORAL</w:t>
            </w:r>
          </w:p>
          <w:p>
            <w:pPr>
              <w:spacing w:before="80" w:after="20" w:line="276" w:lineRule="auto"/>
            </w:pPr>
            <w:r>
              <w:rPr>
                <w:rFonts w:ascii="Calibri" w:hAnsi="Calibri"/>
                <w:b/>
                <w:i w:val="0"/>
                <w:color w:val="2563EB"/>
                <w:sz w:val="22"/>
              </w:rPr>
              <w:t>[Cargo / Puesto]</w:t>
            </w:r>
          </w:p>
          <w:p>
            <w:pPr>
              <w:spacing w:before="20" w:after="4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>[Empresa] • [Fecha inicio] – [Fecha fin]</w:t>
            </w:r>
          </w:p>
          <w:p>
            <w:pPr>
              <w:spacing w:before="0" w:after="2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 xml:space="preserve">  • [Describe tu logro o responsabilidad principal]</w:t>
            </w:r>
          </w:p>
          <w:p>
            <w:pPr>
              <w:spacing w:before="0" w:after="2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 xml:space="preserve">  • [Otro logro medible con datos concretos]</w:t>
            </w:r>
          </w:p>
          <w:p>
            <w:pPr>
              <w:spacing w:before="0" w:after="2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 xml:space="preserve">  • [Responsabilidad relevante para el puesto]</w:t>
            </w:r>
          </w:p>
          <w:p>
            <w:pPr>
              <w:spacing w:before="80" w:after="20" w:line="276" w:lineRule="auto"/>
            </w:pPr>
            <w:r>
              <w:rPr>
                <w:rFonts w:ascii="Calibri" w:hAnsi="Calibri"/>
                <w:b/>
                <w:i w:val="0"/>
                <w:color w:val="2563EB"/>
                <w:sz w:val="22"/>
              </w:rPr>
              <w:t>[Cargo / Puesto Anterior]</w:t>
            </w:r>
          </w:p>
          <w:p>
            <w:pPr>
              <w:spacing w:before="20" w:after="4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>[Empresa] • [Fecha inicio] – [Fecha fin]</w:t>
            </w:r>
          </w:p>
          <w:p>
            <w:pPr>
              <w:spacing w:before="0" w:after="2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 xml:space="preserve">  • [Describe tu logro o responsabilidad principal]</w:t>
            </w:r>
          </w:p>
          <w:p>
            <w:pPr>
              <w:spacing w:before="0" w:after="2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 xml:space="preserve">  • [Otro logro relevante]</w:t>
            </w:r>
          </w:p>
          <w:p>
            <w:pPr>
              <w:spacing w:before="160" w:after="80" w:line="276" w:lineRule="auto"/>
              <w:pBdr>
                <w:bottom w:val="single" w:sz="8" w:space="4" w:color="2563eb"/>
              </w:pBdr>
            </w:pPr>
            <w:r>
              <w:rPr>
                <w:rFonts w:ascii="Calibri" w:hAnsi="Calibri"/>
                <w:b/>
                <w:i w:val="0"/>
                <w:color w:val="2563EB"/>
                <w:sz w:val="24"/>
              </w:rPr>
              <w:t>🎓 FORMACION ACADEMICA</w:t>
            </w:r>
          </w:p>
          <w:p>
            <w:pPr>
              <w:spacing w:before="80" w:after="20" w:line="276" w:lineRule="auto"/>
            </w:pPr>
            <w:r>
              <w:rPr>
                <w:rFonts w:ascii="Calibri" w:hAnsi="Calibri"/>
                <w:b/>
                <w:i w:val="0"/>
                <w:color w:val="2563EB"/>
                <w:sz w:val="22"/>
              </w:rPr>
              <w:t>[Titulo / Grado]</w:t>
            </w:r>
          </w:p>
          <w:p>
            <w:pPr>
              <w:spacing w:before="20" w:after="4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>[Universidad / Centro] • [Ano inicio] – [Ano fin]</w:t>
            </w:r>
          </w:p>
          <w:p>
            <w:pPr>
              <w:spacing w:before="80" w:after="20" w:line="276" w:lineRule="auto"/>
            </w:pPr>
            <w:r>
              <w:rPr>
                <w:rFonts w:ascii="Calibri" w:hAnsi="Calibri"/>
                <w:b/>
                <w:i w:val="0"/>
                <w:color w:val="2563EB"/>
                <w:sz w:val="22"/>
              </w:rPr>
              <w:t>[Otro Titulo / Certificacion]</w:t>
            </w:r>
          </w:p>
          <w:p>
            <w:pPr>
              <w:spacing w:before="20" w:after="4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>[Centro] • [Ano]</w:t>
            </w:r>
          </w:p>
          <w:p>
            <w:pPr>
              <w:spacing w:before="160" w:after="80" w:line="276" w:lineRule="auto"/>
              <w:pBdr>
                <w:bottom w:val="single" w:sz="8" w:space="4" w:color="2563eb"/>
              </w:pBdr>
            </w:pPr>
            <w:r>
              <w:rPr>
                <w:rFonts w:ascii="Calibri" w:hAnsi="Calibri"/>
                <w:b/>
                <w:i w:val="0"/>
                <w:color w:val="2563EB"/>
                <w:sz w:val="24"/>
              </w:rPr>
              <w:t>🔨 CERTIFICACIONES</w:t>
            </w:r>
          </w:p>
          <w:p>
            <w:pPr>
              <w:spacing w:before="20" w:after="4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>✓ [Certificacion 1] — [Institucion], [Ano]</w:t>
            </w:r>
          </w:p>
          <w:p>
            <w:pPr>
              <w:spacing w:before="20" w:after="4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>✓ [Certificacion 2] — [Institucion], [Ano]</w:t>
            </w:r>
          </w:p>
        </w:tc>
      </w:tr>
    </w:tbl>
    <w:p>
      <w:pPr>
        <w:spacing w:before="240" w:after="0" w:line="276" w:lineRule="auto"/>
        <w:pBdr>
          <w:top w:val="single" w:sz="4" w:space="4" w:color="CCCCCC"/>
        </w:pBdr>
        <w:jc w:val="center"/>
      </w:pPr>
      <w:r>
        <w:rPr>
          <w:rFonts w:ascii="Calibri" w:hAnsi="Calibri"/>
          <w:b w:val="0"/>
          <w:i/>
          <w:color w:val="9CA3AF"/>
          <w:sz w:val="16"/>
        </w:rPr>
        <w:t>Plantilla descargada de PlantillaGratis.es</w:t>
      </w:r>
    </w:p>
    <w:sectPr w:rsidR="00FC693F" w:rsidRPr="0006063C" w:rsidSect="00034616">
      <w:pgSz w:w="12240" w:h="15840"/>
      <w:pgMar w:top="850" w:right="850" w:bottom="850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