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3572"/>
            <w:shd w:fill="2563eb" w:val="clear"/>
          </w:tcPr>
          <w:p>
            <w:r/>
          </w:p>
          <w:p>
            <w:pPr>
              <w:spacing w:before="40" w:after="40" w:line="276" w:lineRule="auto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28"/>
              </w:rPr>
              <w:t>[Tu Nombre Completo]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CV Marketing</w:t>
            </w:r>
          </w:p>
          <w:p>
            <w:pPr>
              <w:spacing w:before="120" w:after="40" w:line="276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CONTACTO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✉ [email@ejemplo.com]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☎ [+34 600 000 000]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⚑ [Ciudad, Pais]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🌐 [linkedin.com/in/tu-perfil]</w:t>
            </w:r>
          </w:p>
          <w:p>
            <w:pPr>
              <w:spacing w:before="20" w:after="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[Habilidad 4]</w:t>
            </w:r>
          </w:p>
          <w:p>
            <w:pPr>
              <w:spacing w:before="0" w:after="4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16"/>
              </w:rPr>
              <w:t>██████░░░░ 65%</w:t>
            </w:r>
          </w:p>
          <w:p>
            <w:pPr>
              <w:spacing w:before="120" w:after="40" w:line="276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IDIOMAS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🇧🇸 Espanol — Nativo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🇬🇧 Ingles — [Nivel]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🇫🇷 Frances — [Nivel]</w:t>
            </w:r>
          </w:p>
        </w:tc>
        <w:tc>
          <w:tcPr>
            <w:tcW w:type="dxa" w:w="6633"/>
          </w:tcPr>
          <w:p>
            <w:r/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★ PERFIL PROFESIONAL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[Escribe aqui un breve resumen de tu perfil profesional, destacando tus principales logros, anos de experiencia y valor que aportas. 3-4 lineas recomendadas.]</w:t>
            </w:r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💼 EXPERIENCIA LABORAL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[Cargo / Puesto]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[Empresa] • [Fecha inicio] – [Fecha fin]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[Describe tu logro o responsabilidad principal]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[Otro logro medible con datos concretos]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[Responsabilidad relevante para el puesto]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[Cargo / Puesto Anterior]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[Empresa] • [Fecha inicio] – [Fecha fin]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[Describe tu logro o responsabilidad principal]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[Otro logro relevante]</w:t>
            </w:r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🎓 FORMACION ACADEMICA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[Titulo / Grado]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[Universidad / Centro] • [Ano inicio] – [Ano fin]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[Otro Titulo / Certificacion]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[Centro] • [Ano]</w:t>
            </w:r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🔨 CERTIFICACIONES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✓ [Certificacion 1] — [Institucion], [Ano]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✓ [Certificacion 2] — [Institucion], [Ano]</w:t>
            </w:r>
          </w:p>
        </w:tc>
      </w:tr>
    </w:tbl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