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Infografico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