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CV Hosteleria y Turismo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Personales</w:t>
      </w:r>
    </w:p>
    <w:p>
      <w:pPr>
        <w:spacing w:after="120"/>
      </w:pPr>
      <w:r>
        <w:rPr>
          <w:sz w:val="22"/>
        </w:rPr>
        <w:t>[Nombre completo]</w:t>
        <w:br/>
        <w:t>[Direccion]</w:t>
        <w:br/>
        <w:t>[Telefono] | [Email]</w:t>
        <w:br/>
        <w:t>[Disponibilidad horaria]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Perfil</w:t>
      </w:r>
    </w:p>
    <w:p>
      <w:pPr>
        <w:spacing w:after="120"/>
      </w:pPr>
      <w:r>
        <w:rPr>
          <w:sz w:val="22"/>
        </w:rPr>
        <w:t>Profesional de hosteleria con X anos de experiencia en [area]. Orientacion al cliente, capacidad de trabajo bajo presion y flexibilidad horaria.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Experiencia</w:t>
      </w:r>
    </w:p>
    <w:p>
      <w:pPr>
        <w:spacing w:before="40" w:after="40"/>
      </w:pPr>
      <w:r>
        <w:rPr>
          <w:sz w:val="22"/>
        </w:rPr>
        <w:t xml:space="preserve">  •  Jefe/a de Sala - Restaurante (Fechas)</w:t>
        <w:br/>
        <w:t xml:space="preserve">  - Gestion de equipo de X personas</w:t>
      </w:r>
    </w:p>
    <w:p>
      <w:pPr>
        <w:spacing w:before="40" w:after="40"/>
      </w:pPr>
      <w:r>
        <w:rPr>
          <w:sz w:val="22"/>
        </w:rPr>
        <w:t xml:space="preserve">  •  Camarero/a - Hotel (Fechas)</w:t>
        <w:br/>
        <w:t xml:space="preserve">  - Atencion en sala y eventos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Idiomas</w:t>
      </w:r>
    </w:p>
    <w:p>
      <w:pPr>
        <w:spacing w:before="40" w:after="40"/>
      </w:pPr>
      <w:r>
        <w:rPr>
          <w:sz w:val="22"/>
        </w:rPr>
        <w:t xml:space="preserve">  •  Espanol: nativo</w:t>
      </w:r>
    </w:p>
    <w:p>
      <w:pPr>
        <w:spacing w:before="40" w:after="40"/>
      </w:pPr>
      <w:r>
        <w:rPr>
          <w:sz w:val="22"/>
        </w:rPr>
        <w:t xml:space="preserve">  •  Ingles: B2 conversacional</w:t>
      </w:r>
    </w:p>
    <w:p>
      <w:pPr>
        <w:spacing w:before="40" w:after="40"/>
      </w:pPr>
      <w:r>
        <w:rPr>
          <w:sz w:val="22"/>
        </w:rPr>
        <w:t xml:space="preserve">  •  Frances/Aleman: nivel basico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Formacion</w:t>
      </w:r>
    </w:p>
    <w:p>
      <w:pPr>
        <w:spacing w:before="40" w:after="40"/>
      </w:pPr>
      <w:r>
        <w:rPr>
          <w:sz w:val="22"/>
        </w:rPr>
        <w:t xml:space="preserve">  •  Grado en Turismo / CFGS Hosteleria (Ano)</w:t>
      </w:r>
    </w:p>
    <w:p>
      <w:pPr>
        <w:spacing w:before="40" w:after="40"/>
      </w:pPr>
      <w:r>
        <w:rPr>
          <w:sz w:val="22"/>
        </w:rPr>
        <w:t xml:space="preserve">  •  Certificado manipulador de alimentos</w:t>
      </w:r>
    </w:p>
    <w:p>
      <w:pPr>
        <w:spacing w:before="40" w:after="40"/>
      </w:pPr>
      <w:r>
        <w:rPr>
          <w:sz w:val="22"/>
        </w:rPr>
        <w:t xml:space="preserve">  •  Curso de sumilleria / cocteleria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