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572"/>
            <w:shd w:fill="2563eb" w:val="clear"/>
          </w:tcPr>
          <w:p>
            <w:r/>
          </w:p>
          <w:p>
            <w:pPr>
              <w:spacing w:before="40" w:after="4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8"/>
              </w:rPr>
              <w:t>[Tu Nombre Completo]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CV Freelance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CONTACTO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✉ [email@ejemplo.com]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☎ [+34 600 000 000]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⚑ [Ciudad, Pais]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🌐 [linkedin.com/in/tu-perfil]</w:t>
            </w:r>
          </w:p>
          <w:p>
            <w:pPr>
              <w:spacing w:before="20" w:after="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[Habilidad 4]</w:t>
            </w:r>
          </w:p>
          <w:p>
            <w:pPr>
              <w:spacing w:before="0" w:after="4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16"/>
              </w:rPr>
              <w:t>██████░░░░ 65%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IDIOMAS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🇧🇸 Espanol — Nativo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🇬🇧 Ingles — [Nivel]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🇫🇷 Frances — [Nivel]</w:t>
            </w:r>
          </w:p>
        </w:tc>
        <w:tc>
          <w:tcPr>
            <w:tcW w:type="dxa" w:w="6633"/>
          </w:tcPr>
          <w:p>
            <w:r/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★ PERFIL PROFESIONAL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[Escribe aqui un breve resumen de tu perfil profesional, destacando tus principales logros, anos de experiencia y valor que aportas. 3-4 lineas recomendadas.]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💼 EXPERIENCIA LABORAL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medible con datos concretos]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[Responsabilidad relevante para el puesto]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 Anterior]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relevante]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🎓 FORMACION ACADEMICA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[Titulo / Grado]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[Universidad / Centro] • [Ano inicio] – [Ano fin]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[Otro Titulo / Certificacion]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[Centro] • [Ano]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🔨 CERTIFICACIONES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1] — [Institucion], [Ano]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2] — [Institucion], [Ano]</w:t>
            </w:r>
          </w:p>
        </w:tc>
      </w:tr>
    </w:tbl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