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Estudiante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