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Enfermeria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