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CV Enfermera - Sector Salud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Datos Personales</w:t>
      </w:r>
    </w:p>
    <w:p>
      <w:pPr>
        <w:spacing w:after="120"/>
      </w:pPr>
      <w:r>
        <w:rPr>
          <w:sz w:val="22"/>
        </w:rPr>
        <w:t>[Nombre completo]</w:t>
        <w:br/>
        <w:t>[Direccion]</w:t>
        <w:br/>
        <w:t>[Telefono] | [Email]</w:t>
        <w:br/>
        <w:t>[Numero colegiado/a]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Perfil Profesional</w:t>
      </w:r>
    </w:p>
    <w:p>
      <w:pPr>
        <w:spacing w:after="120"/>
      </w:pPr>
      <w:r>
        <w:rPr>
          <w:sz w:val="22"/>
        </w:rPr>
        <w:t>Enfermera/o con X anos de experiencia en atencion hospitalaria y primaria. Especialista en [area]. Capacidad para trabajar bajo presion y en equipos multidisciplinares.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Experiencia Clinica</w:t>
      </w:r>
    </w:p>
    <w:p>
      <w:pPr>
        <w:spacing w:before="40" w:after="40"/>
      </w:pPr>
      <w:r>
        <w:rPr>
          <w:sz w:val="22"/>
        </w:rPr>
        <w:t xml:space="preserve">  •  Enfermera/o - Hospital (Fechas)</w:t>
        <w:br/>
        <w:t xml:space="preserve">  - Unidad y funciones principales</w:t>
      </w:r>
    </w:p>
    <w:p>
      <w:pPr>
        <w:spacing w:before="40" w:after="40"/>
      </w:pPr>
      <w:r>
        <w:rPr>
          <w:sz w:val="22"/>
        </w:rPr>
        <w:t xml:space="preserve">  •  Enfermera/o - Centro de Salud (Fechas)</w:t>
        <w:br/>
        <w:t xml:space="preserve">  - Atencion primaria y programas de salud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Formacion</w:t>
      </w:r>
    </w:p>
    <w:p>
      <w:pPr>
        <w:spacing w:before="40" w:after="40"/>
      </w:pPr>
      <w:r>
        <w:rPr>
          <w:sz w:val="22"/>
        </w:rPr>
        <w:t xml:space="preserve">  •  Grado en Enfermeria - Universidad (Ano)</w:t>
      </w:r>
    </w:p>
    <w:p>
      <w:pPr>
        <w:spacing w:before="40" w:after="40"/>
      </w:pPr>
      <w:r>
        <w:rPr>
          <w:sz w:val="22"/>
        </w:rPr>
        <w:t xml:space="preserve">  •  Especialidad EIR en [area] (Ano)</w:t>
      </w:r>
    </w:p>
    <w:p>
      <w:pPr>
        <w:spacing w:before="40" w:after="40"/>
      </w:pPr>
      <w:r>
        <w:rPr>
          <w:sz w:val="22"/>
        </w:rPr>
        <w:t xml:space="preserve">  •  Cursos: Soporte Vital Avanzado, Heridas Cronicas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