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Dos Columnas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