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Diseno Grafico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