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CV Disenador Grafico - Creativo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Personales</w:t>
      </w:r>
    </w:p>
    <w:p>
      <w:pPr>
        <w:spacing w:after="120"/>
      </w:pPr>
      <w:r>
        <w:rPr>
          <w:sz w:val="22"/>
        </w:rPr>
        <w:t>[Nombre completo]</w:t>
        <w:br/>
        <w:t>[Portfolio web] | [Behance/Dribbble]</w:t>
        <w:br/>
        <w:t>[Telefono] | [Email]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Perfil Creativo</w:t>
      </w:r>
    </w:p>
    <w:p>
      <w:pPr>
        <w:spacing w:after="120"/>
      </w:pPr>
      <w:r>
        <w:rPr>
          <w:sz w:val="22"/>
        </w:rPr>
        <w:t>Disenador/a grafico con X anos de experiencia en branding, diseno editorial y digital. Dominio de la suite Adobe y herramientas de prototipado.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Experiencia</w:t>
      </w:r>
    </w:p>
    <w:p>
      <w:pPr>
        <w:spacing w:before="40" w:after="40"/>
      </w:pPr>
      <w:r>
        <w:rPr>
          <w:sz w:val="22"/>
        </w:rPr>
        <w:t xml:space="preserve">  •  Director/a de Arte - Agencia (Fechas)</w:t>
        <w:br/>
        <w:t xml:space="preserve">  - Proyectos destacados y clientes</w:t>
      </w:r>
    </w:p>
    <w:p>
      <w:pPr>
        <w:spacing w:before="40" w:after="40"/>
      </w:pPr>
      <w:r>
        <w:rPr>
          <w:sz w:val="22"/>
        </w:rPr>
        <w:t xml:space="preserve">  •  Disenador/a Grafico - Empresa (Fechas)</w:t>
        <w:br/>
        <w:t xml:space="preserve">  - Branding, packaging, diseno web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Herramientas</w:t>
      </w:r>
    </w:p>
    <w:p>
      <w:pPr>
        <w:spacing w:before="40" w:after="40"/>
      </w:pPr>
      <w:r>
        <w:rPr>
          <w:sz w:val="22"/>
        </w:rPr>
        <w:t xml:space="preserve">  •  Adobe: Photoshop, Illustrator, InDesign, After Effects</w:t>
      </w:r>
    </w:p>
    <w:p>
      <w:pPr>
        <w:spacing w:before="40" w:after="40"/>
      </w:pPr>
      <w:r>
        <w:rPr>
          <w:sz w:val="22"/>
        </w:rPr>
        <w:t xml:space="preserve">  •  UI/UX: Figma, Sketch, Adobe XD</w:t>
      </w:r>
    </w:p>
    <w:p>
      <w:pPr>
        <w:spacing w:before="40" w:after="40"/>
      </w:pPr>
      <w:r>
        <w:rPr>
          <w:sz w:val="22"/>
        </w:rPr>
        <w:t xml:space="preserve">  •  Web: HTML, CSS basico, WordPress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Formacion</w:t>
      </w:r>
    </w:p>
    <w:p>
      <w:pPr>
        <w:spacing w:before="40" w:after="40"/>
      </w:pPr>
      <w:r>
        <w:rPr>
          <w:sz w:val="22"/>
        </w:rPr>
        <w:t xml:space="preserve">  •  Grado en Diseno Grafico - Escuela (Ano)</w:t>
      </w:r>
    </w:p>
    <w:p>
      <w:pPr>
        <w:spacing w:before="40" w:after="40"/>
      </w:pPr>
      <w:r>
        <w:rPr>
          <w:sz w:val="22"/>
        </w:rPr>
        <w:t xml:space="preserve">  •  Curso UX/UI Design - Plataforma (Ano)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